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הקטעים והנושאים באתר מסע פנימה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רעיונות מרכזיים כמו האטה, צמיחה סמויה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נושאי החורף והמסע אל 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קטע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(קולות פנימיים)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(חום פנימי)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תקציר הקטע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הקטע באתר.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הבעת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ומדויק שמתייחס לתוכן הקטע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כנה עם נימוק קצר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שצמיחה סמויה קורית בפנים ולא רואים אותה מיד מבחוץ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בהקראת אחד הקטעים הקצרים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לא לשתף תשובות אישיות על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שקט לכתיבה לפני שיתוף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מסע פנימה יש 14 קטעים קצרים בסוגות שונות – מאמרי הגות, שירים, סיפורים, מכתב, יומן ומשל – שעוסקים בחורף ובמסע אל העולם הפנימי שלנו. בדף הזה נתרגל להכיר את הקטעים ואת הרעיונות שבהם.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  ·  פנימה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הכרת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הסוגה של הקטע "מכתב לעצמי"?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"יומן של יום גשום" שייך לסוגה...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קטע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החורף לא ממהר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חום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שני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גחלת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קולות פנימיים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הקטע "כשהאינטרנט נפל" הוא סיפור קצר על רגע שקט שהופך להזדמנות לגלות את העולם הפנימי.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"שקט" הוא שיר על שקט פנימי רך שמאפשר לנשום.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החורף מזמין להאט ולפנות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גם בחושך יש בנו מקורות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הבעת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קטע אחד מהרשימה וכתבו משפט אחד שמסכם את הרעיון המרכזי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קטע אחד שהכי דיבר אליכם,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שמתארת איך אתם מרגישים בחורף.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פנימה – חורף ועולם פנימי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