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הקטעים והנושאים באתר מסע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רעיונות מרכזיים כמו האטה, צמיחה סמויה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נושאי החורף והמסע אל 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צמיחה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אור בתוך החושך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התחדשות וחוסן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קטע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(קולות פנימיים)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(חום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(השתקפות והסתכלות פנימה)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(מנוחה וכוח)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תקציר הקטע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כתוב שמותר לבחור לעבור הלאה.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המסע מתואר כמסע בלי קו 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הקטע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היומן.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קטע יש גרסה מלאה וגם גרסה פשוטה.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גחלת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הבעת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שצמיחה יכולה לקרות בלי שרואים אותה מבחוץ, עם דוגמה מתוך "עץ בחורף" או "מתחת לאדמה".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ומדויק שמתייחס לתוכן הקטע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עם נימוק קצר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שצמיחה סמויה קורית בפנים ולא רואים אותה מיד מבחוץ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אחד הקטעים הקצרים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לא לשתף תשובות אישיות על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שקט לכתיבה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הזה יש 14 טקסטים קצרים על חורף ועל העולם הפנימי שלנו. יש שירים, סיפורים, מכתב ויומן. נתרגל יחד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להאט את הקצב, לא למהר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שלא רואים אותה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השתקפות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את עצמנו דרך משהו, כמו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גחלת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שארית קטנה וחמה של 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הכרת 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שמדברת בתוכנו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מחדש אחרי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הוא "מכתב לעצמי"?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עוסק "מתחת לאדמה"?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טקסטים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 השיר "פנס קטן"?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בתוך 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התחדשות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הסתכלות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טקסט הוא "יומן של יום גשום"?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עוסק "אחרי הסערה"?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קולות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קטע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חום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השתקפות והסתכלות פנימה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קולות פנימיים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מנוחה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הדובון שלא רצה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"כשהאינטרנט נפל" הוא סיפור קצר על רגע שקט שהופך להזדמנות לגלות את העולם הפנימי.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אין אפשרות לדלג על שיתוף ברגשות.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"מסע בלי מזוודה" מתואר שהמסע אל עצמנו מגיע לקו סיום 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"שקט" הוא שיר על שקט פנימי רך שמאפשר לנשום.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המסע כולל שבעה ימים ושבע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גרסה אחת לכל קטע, בלי גרסה פשוטה.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החורף מזמין להאט ולפנות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 הצמיחה מתרחשת __________, לפני שרואים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גם בחושך יש בנו מקורות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מנוחה איננה בזבוז; היא צבירת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כשנדמה שהאש כבתה, נשארת בנו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הבעת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הכוונה ב"צמיחה סמויה", והביאו דוגמה מאחד הקטעים.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אחד מהרשימה וכתבו משפט אחד שמסכם את הרעיון המרכזי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קטע אחד שהכי דיבר אליכם,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איך אתם מרגישים בחורף.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צמיחה שרואים לצמיחה סמויה?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