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הקטעים והנושאים באתר מסע פנימה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רעיונות מרכזיים כמו האטה, צמיחה סמויה וחוסן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נושאי החורף והמסע אל 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צמיחה סמויה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אור בתוך החושך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התחדשות וחוסן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קטע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(קולות פנימיים)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(חום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(השתקפות והסתכלות פנימה)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(מנוחה וכוח)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תקציר הקטע באתר.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באתר כתוב שמותר לבחור לעבור הלאה.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המסע מתואר כמסע בלי קו סיום.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הקטע באתר.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בתיאור היומן.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לכל קטע יש גרסה מלאה וגם גרסה פשוטה.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גחלת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הבעת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שצמיחה יכולה לקרות בלי שרואים אותה מבחוץ, עם דוגמה מתוך "עץ בחורף" או "מתחת לאדמה".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ומדויק שמתייחס לתוכן הקטע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כנה עם נימוק קצר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לציין שצמיחה סמויה קורית בפנים ולא רואים אותה מיד מבחוץ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בהקראת אחד הקטעים הקצרים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לא לשתף תשובות אישיות על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שקט לכתיבה לפני שיתוף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מסע פנימה יש 14 קטעים קצרים בסוגות שונות – מאמרי הגות, שירים, סיפורים, מכתב, יומן ומשל – שעוסקים בחורף ובמסע אל העולם הפנימי שלנו. בדף הזה נתרגל להכיר את הקטעים ואת הרעיונות שבהם.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הסוגה של הקטע "מכתב לעצמי"?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הקטע "מתחת לאדמה" עוסק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שקט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צמיחה סמויה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קטעים קצרים יש באתר מסע פנימה?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הקטע "פנס קטן" הוא שיר שמדבר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מנוחה וכוח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בתוך 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התחדשות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הסתכלות 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"יומן של יום גשום" שייך לסוגה...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הקטע "אחרי הסערה"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התחדשות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קולות פנימיים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קטע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החורף לא ממהר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קולות פנימיים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מנוחה וכוח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גחלת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השתקפות והסתכלות פנימה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הדובון שלא רצה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חום פנימי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הקטע "כשהאינטרנט נפל" הוא סיפור קצר על רגע שקט שהופך להזדמנות לגלות את העולם הפנימי.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אין אפשרות לדלג על שיתוף ברגשות.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בקטע "מסע בלי מזוודה" מתואר שהמסע אל עצמנו מגיע לקו סיום ברור.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"שקט" הוא שיר על שקט פנימי רך שמאפשר לנשום.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המסע כולל שבעה ימים ושבע 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רק גרסה אחת לכל קטע, בלי גרסה פשוטה.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החורף מזמין להאט ולפנות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 הצמיחה מתרחשת __________, לפני שרואים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גם בחושך יש בנו מקורות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מנוחה איננה בזבוז; היא צבירת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גם כשנדמה שהאש כבתה, נשארת בנו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הבעת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הכוונה ב"צמיחה סמויה", והביאו דוגמה מאחד הקטעים.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קטע אחד מהרשימה וכתבו משפט אחד שמסכם את הרעיון המרכזי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קטע אחד שהכי דיבר אליכם,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שמתארת איך אתם מרגישים בחורף.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צמיחה שרואים לצמיחה סמויה?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פנימה – חורף ועולם פנימי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